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4"/>
          <w:szCs w:val="24"/>
          <w:rtl w:val="0"/>
        </w:rPr>
        <w:t xml:space="preserve">TÍTULO EM PORTUGUÊS (CAIXA ALTA, NEGRITO, CENTRALIZADO)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4"/>
          <w:szCs w:val="24"/>
          <w:rtl w:val="0"/>
        </w:rPr>
        <w:t xml:space="preserve">TITLE IN ENGLISH (UPPERCASE, BOLD, CENTERED)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Autores: Nome completo¹, Nome completo²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i w:val="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18"/>
          <w:szCs w:val="18"/>
          <w:rtl w:val="0"/>
        </w:rPr>
        <w:t xml:space="preserve">¹Instituição – email@exemplo.com; ²Instituição –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i w:val="0"/>
            <w:color w:val="1155cc"/>
            <w:sz w:val="18"/>
            <w:szCs w:val="18"/>
            <w:u w:val="single"/>
            <w:rtl w:val="0"/>
          </w:rPr>
          <w:t xml:space="preserve">email@exemplo.com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RESUMO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O resumo deve conter de 150 a 250 palavras, abordando objetivo, metodologia, resultados e conclusões do trabalho. Não deve incluir referências ou subdivisões internas.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Palavras-chave: palavra1; palavra2; palavra3; (máximo de cinco)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ABSTRACT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The abstract must contain between 150 and 250 words, covering the objective, methodology, results, and conclusions of the paper. It should not include references or internal subdivisions.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Keywords: word1; word2; word3; (maximum of five)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NOTA: O corpo do texto pode ser escrito integralmente em português ou inglês, a critério do autor.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566.9291338582677" w:right="-237.79527559055168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1 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i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Introdução clara do tema, objetivos do estudo, e justificativa da importância do trabalho.</w:t>
      </w:r>
    </w:p>
    <w:p w:rsidR="00000000" w:rsidDel="00000000" w:rsidP="00000000" w:rsidRDefault="00000000" w:rsidRPr="00000000" w14:paraId="00000010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2 METODOLOGIA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i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Descrição detalhada dos métodos, materiais e técnicas utilizadas.</w:t>
      </w:r>
    </w:p>
    <w:p w:rsidR="00000000" w:rsidDel="00000000" w:rsidP="00000000" w:rsidRDefault="00000000" w:rsidRPr="00000000" w14:paraId="00000013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3 RESULTADOS E DISCUSSÃO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Apresentação e discussão detalhada dos resultados obtidos no estudo.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Figura 1 - Exemplo de legenda para figura (centralizado, tamanho 10)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[Inserir Figura Aqui]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ind w:left="-566.9291338582677" w:right="-237.79527559055168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Tabela 1 - Exemplo de legenda para tabela (alinhado à esquerda, tamanho 10)</w:t>
      </w:r>
      <w:r w:rsidDel="00000000" w:rsidR="00000000" w:rsidRPr="00000000">
        <w:rPr>
          <w:rtl w:val="0"/>
        </w:rPr>
      </w:r>
    </w:p>
    <w:tbl>
      <w:tblPr>
        <w:tblStyle w:val="Table1"/>
        <w:tblW w:w="940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01"/>
        <w:gridCol w:w="4701"/>
        <w:tblGridChange w:id="0">
          <w:tblGrid>
            <w:gridCol w:w="4701"/>
            <w:gridCol w:w="470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Cabeçalho 1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Cabeçalho 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Dado 1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Dado 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Dado 3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-566.9291338582677" w:right="-237.79527559055168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Dado 4</w:t>
            </w:r>
          </w:p>
        </w:tc>
      </w:tr>
    </w:tbl>
    <w:p w:rsidR="00000000" w:rsidDel="00000000" w:rsidP="00000000" w:rsidRDefault="00000000" w:rsidRPr="00000000" w14:paraId="0000001F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4 CONCLUSÕES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Síntese dos principais resultados e suas implicações práticas ou teóricas, correspondendo aos objetivos propostos.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z w:val="20"/>
          <w:szCs w:val="20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z w:val="20"/>
          <w:szCs w:val="20"/>
          <w:rtl w:val="0"/>
        </w:rPr>
        <w:t xml:space="preserve">Referências no formato ABNT, organizadas em ordem alfabética pelo sobrenome do primeiro autor.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Modalidades de submissão: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line="360" w:lineRule="auto"/>
        <w:ind w:left="720" w:right="-237.79527559055168" w:hanging="36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Serão aceitos trabalhos nas modalidades Resumo Expandido e Artigo Completo. As submissões serão avaliadas para apresentação em formato de banner ou apresentação oral, conforme critérios da comissão científica.</w:t>
      </w:r>
    </w:p>
    <w:p w:rsidR="00000000" w:rsidDel="00000000" w:rsidP="00000000" w:rsidRDefault="00000000" w:rsidRPr="00000000" w14:paraId="00000028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Importante: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line="360" w:lineRule="auto"/>
        <w:ind w:left="720" w:right="-237.79527559055168" w:hanging="36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O Resumo Expandido deve ter, no máximo, 1 página, além da página de identificação (capa), incluindo todas as seções, figuras, tabelas e referências.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line="360" w:lineRule="auto"/>
        <w:ind w:left="720" w:right="-237.79527559055168" w:hanging="36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O Artigo Completo deve ter, no máximo, 7 páginas, além da página de identificação (capa), incluindo todas as seções, figuras, tabelas e referências.</w:t>
      </w:r>
    </w:p>
    <w:p w:rsidR="00000000" w:rsidDel="00000000" w:rsidP="00000000" w:rsidRDefault="00000000" w:rsidRPr="00000000" w14:paraId="0000002C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0"/>
          <w:szCs w:val="20"/>
          <w:rtl w:val="0"/>
        </w:rPr>
        <w:t xml:space="preserve">Todos os trabalhos devem seguir rigorosamente as normas da ABNT indicadas no template oficial.</w:t>
      </w:r>
    </w:p>
    <w:p w:rsidR="00000000" w:rsidDel="00000000" w:rsidP="00000000" w:rsidRDefault="00000000" w:rsidRPr="00000000" w14:paraId="0000002E">
      <w:pPr>
        <w:spacing w:after="0" w:line="360" w:lineRule="auto"/>
        <w:ind w:left="-566.9291338582677" w:right="-237.79527559055168" w:firstLine="0"/>
        <w:jc w:val="both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138" w:top="1699" w:left="1699" w:right="1138" w:header="1133.8582677165355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spacing w:line="240" w:lineRule="auto"/>
      <w:ind w:right="1326.2598425196852"/>
      <w:jc w:val="right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-16508</wp:posOffset>
          </wp:positionH>
          <wp:positionV relativeFrom="page">
            <wp:posOffset>-13423</wp:posOffset>
          </wp:positionV>
          <wp:extent cx="7820947" cy="144693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20947" cy="14469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spacing w:line="240" w:lineRule="auto"/>
      <w:ind w:right="1326.2598425196852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spacing w:line="240" w:lineRule="auto"/>
      <w:ind w:right="1326.2598425196852"/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email@exemplo.com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q25VztLsBgghSbxVBDkTWWUWAA==">CgMxLjA4AHIhMUlpdFFJdGw1QVJKNk9yU3YtT0xjNTRPUGVSNFkweFB3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